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83E51A" w14:textId="5B3963D9" w:rsidR="002D41C5" w:rsidRPr="00E44BB7" w:rsidRDefault="00000000">
      <w:pPr>
        <w:pStyle w:val="aa"/>
        <w:jc w:val="center"/>
        <w:rPr>
          <w:rFonts w:ascii="Meiryo UI" w:eastAsia="Meiryo UI" w:hAnsi="Meiryo UI"/>
          <w:lang w:eastAsia="ja-JP"/>
        </w:rPr>
      </w:pPr>
      <w:r w:rsidRPr="00E44BB7">
        <w:rPr>
          <w:rFonts w:ascii="Meiryo UI" w:eastAsia="Meiryo UI" w:hAnsi="Meiryo UI"/>
          <w:lang w:eastAsia="ja-JP"/>
        </w:rPr>
        <w:t>道の駅</w:t>
      </w:r>
      <w:r w:rsidR="00E44BB7" w:rsidRPr="00E44BB7">
        <w:rPr>
          <w:rFonts w:ascii="Meiryo UI" w:eastAsia="Meiryo UI" w:hAnsi="Meiryo UI" w:hint="eastAsia"/>
          <w:lang w:eastAsia="ja-JP"/>
        </w:rPr>
        <w:t>「明治の森・黒磯」</w:t>
      </w:r>
      <w:r w:rsidRPr="00E44BB7">
        <w:rPr>
          <w:rFonts w:ascii="Meiryo UI" w:eastAsia="Meiryo UI" w:hAnsi="Meiryo UI"/>
          <w:lang w:eastAsia="ja-JP"/>
        </w:rPr>
        <w:t>出店申込書</w:t>
      </w:r>
    </w:p>
    <w:p w14:paraId="6DF8EA96" w14:textId="3D41E65A" w:rsidR="002D41C5" w:rsidRPr="00E44BB7" w:rsidRDefault="00000000" w:rsidP="00E44BB7">
      <w:pPr>
        <w:rPr>
          <w:rFonts w:ascii="Meiryo UI" w:eastAsia="Meiryo UI" w:hAnsi="Meiryo UI"/>
          <w:lang w:eastAsia="ja-JP"/>
        </w:rPr>
      </w:pPr>
      <w:r w:rsidRPr="00E44BB7">
        <w:rPr>
          <w:rFonts w:ascii="Meiryo UI" w:eastAsia="Meiryo UI" w:hAnsi="Meiryo UI"/>
          <w:lang w:eastAsia="ja-JP"/>
        </w:rPr>
        <w:t>以下の内容をご記入のうえ、出店希望日の</w:t>
      </w:r>
      <w:r w:rsidR="00E44BB7">
        <w:rPr>
          <w:rFonts w:ascii="Meiryo UI" w:eastAsia="Meiryo UI" w:hAnsi="Meiryo UI" w:hint="eastAsia"/>
          <w:lang w:eastAsia="ja-JP"/>
        </w:rPr>
        <w:t>1</w:t>
      </w:r>
      <w:r w:rsidRPr="00E44BB7">
        <w:rPr>
          <w:rFonts w:ascii="Meiryo UI" w:eastAsia="Meiryo UI" w:hAnsi="Meiryo UI"/>
          <w:lang w:eastAsia="ja-JP"/>
        </w:rPr>
        <w:t>週間前までに</w:t>
      </w:r>
      <w:r w:rsidR="008A0CB0">
        <w:rPr>
          <w:rFonts w:ascii="Meiryo UI" w:eastAsia="Meiryo UI" w:hAnsi="Meiryo UI" w:hint="eastAsia"/>
          <w:lang w:eastAsia="ja-JP"/>
        </w:rPr>
        <w:t>道の駅「明治の森・黒磯」内インフォメーションに</w:t>
      </w:r>
      <w:r w:rsidRPr="00E44BB7">
        <w:rPr>
          <w:rFonts w:ascii="Meiryo UI" w:eastAsia="Meiryo UI" w:hAnsi="Meiryo UI"/>
          <w:lang w:eastAsia="ja-JP"/>
        </w:rPr>
        <w:t>ご提出ください。</w:t>
      </w:r>
    </w:p>
    <w:p w14:paraId="03FBA37E" w14:textId="200E8D61" w:rsidR="00E44BB7" w:rsidRPr="008A0CB0" w:rsidRDefault="00000000" w:rsidP="00E44BB7">
      <w:pPr>
        <w:pStyle w:val="1"/>
        <w:numPr>
          <w:ilvl w:val="0"/>
          <w:numId w:val="10"/>
        </w:numPr>
        <w:rPr>
          <w:rFonts w:ascii="Meiryo UI" w:eastAsia="Meiryo UI" w:hAnsi="Meiryo UI" w:hint="eastAsia"/>
          <w:lang w:eastAsia="ja-JP"/>
        </w:rPr>
      </w:pPr>
      <w:proofErr w:type="spellStart"/>
      <w:r w:rsidRPr="00E44BB7">
        <w:rPr>
          <w:rFonts w:ascii="Meiryo UI" w:eastAsia="Meiryo UI" w:hAnsi="Meiryo UI"/>
        </w:rPr>
        <w:t>出店者情報</w:t>
      </w:r>
      <w:proofErr w:type="spellEnd"/>
    </w:p>
    <w:p w14:paraId="6E3EABA6" w14:textId="2EB47C92" w:rsidR="002D41C5" w:rsidRPr="00E44BB7" w:rsidRDefault="00000000" w:rsidP="00E44BB7">
      <w:pPr>
        <w:spacing w:line="240" w:lineRule="auto"/>
        <w:rPr>
          <w:rFonts w:ascii="Meiryo UI" w:eastAsia="Meiryo UI" w:hAnsi="Meiryo UI"/>
          <w:lang w:eastAsia="ja-JP"/>
        </w:rPr>
      </w:pPr>
      <w:r w:rsidRPr="00E44BB7">
        <w:rPr>
          <w:rFonts w:ascii="Meiryo UI" w:eastAsia="Meiryo UI" w:hAnsi="Meiryo UI"/>
          <w:lang w:eastAsia="ja-JP"/>
        </w:rPr>
        <w:t>事業者名：</w:t>
      </w:r>
    </w:p>
    <w:p w14:paraId="754BE55B" w14:textId="5CBBE106" w:rsidR="002D41C5" w:rsidRPr="00E44BB7" w:rsidRDefault="00000000" w:rsidP="00E44BB7">
      <w:pPr>
        <w:spacing w:line="240" w:lineRule="auto"/>
        <w:rPr>
          <w:rFonts w:ascii="Meiryo UI" w:eastAsia="Meiryo UI" w:hAnsi="Meiryo UI"/>
          <w:lang w:eastAsia="ja-JP"/>
        </w:rPr>
      </w:pPr>
      <w:r w:rsidRPr="00E44BB7">
        <w:rPr>
          <w:rFonts w:ascii="Meiryo UI" w:eastAsia="Meiryo UI" w:hAnsi="Meiryo UI"/>
          <w:lang w:eastAsia="ja-JP"/>
        </w:rPr>
        <w:t>代表者名：</w:t>
      </w:r>
    </w:p>
    <w:p w14:paraId="7BAAC892" w14:textId="28E46322" w:rsidR="002D41C5" w:rsidRPr="00E44BB7" w:rsidRDefault="00000000" w:rsidP="00E44BB7">
      <w:pPr>
        <w:spacing w:line="240" w:lineRule="auto"/>
        <w:rPr>
          <w:rFonts w:ascii="Meiryo UI" w:eastAsia="Meiryo UI" w:hAnsi="Meiryo UI"/>
          <w:lang w:eastAsia="ja-JP"/>
        </w:rPr>
      </w:pPr>
      <w:r w:rsidRPr="00E44BB7">
        <w:rPr>
          <w:rFonts w:ascii="Meiryo UI" w:eastAsia="Meiryo UI" w:hAnsi="Meiryo UI"/>
          <w:lang w:eastAsia="ja-JP"/>
        </w:rPr>
        <w:t>住所：</w:t>
      </w:r>
    </w:p>
    <w:p w14:paraId="61DD7442" w14:textId="4CB723C7" w:rsidR="002D41C5" w:rsidRPr="00E44BB7" w:rsidRDefault="00000000" w:rsidP="00E44BB7">
      <w:pPr>
        <w:spacing w:line="240" w:lineRule="auto"/>
        <w:rPr>
          <w:rFonts w:ascii="Meiryo UI" w:eastAsia="Meiryo UI" w:hAnsi="Meiryo UI"/>
          <w:lang w:eastAsia="ja-JP"/>
        </w:rPr>
      </w:pPr>
      <w:r w:rsidRPr="00E44BB7">
        <w:rPr>
          <w:rFonts w:ascii="Meiryo UI" w:eastAsia="Meiryo UI" w:hAnsi="Meiryo UI"/>
          <w:lang w:eastAsia="ja-JP"/>
        </w:rPr>
        <w:t>電話番号：</w:t>
      </w:r>
    </w:p>
    <w:p w14:paraId="2E26C27D" w14:textId="4E988871" w:rsidR="00E44BB7" w:rsidRDefault="00000000" w:rsidP="00E44BB7">
      <w:pPr>
        <w:spacing w:line="240" w:lineRule="auto"/>
        <w:rPr>
          <w:rFonts w:ascii="Meiryo UI" w:eastAsia="Meiryo UI" w:hAnsi="Meiryo UI" w:hint="eastAsia"/>
          <w:lang w:eastAsia="ja-JP"/>
        </w:rPr>
      </w:pPr>
      <w:r w:rsidRPr="00E44BB7">
        <w:rPr>
          <w:rFonts w:ascii="Meiryo UI" w:eastAsia="Meiryo UI" w:hAnsi="Meiryo UI"/>
          <w:lang w:eastAsia="ja-JP"/>
        </w:rPr>
        <w:t>メールアドレス：</w:t>
      </w:r>
    </w:p>
    <w:p w14:paraId="07C2057C" w14:textId="2B639BBE" w:rsidR="002D41C5" w:rsidRPr="00E44BB7" w:rsidRDefault="00E44BB7" w:rsidP="00E44BB7">
      <w:pPr>
        <w:spacing w:line="240" w:lineRule="auto"/>
        <w:rPr>
          <w:rFonts w:ascii="Meiryo UI" w:eastAsia="Meiryo UI" w:hAnsi="Meiryo UI"/>
          <w:lang w:eastAsia="ja-JP"/>
        </w:rPr>
      </w:pPr>
      <w:r>
        <w:rPr>
          <w:rFonts w:ascii="Meiryo UI" w:eastAsia="Meiryo UI" w:hAnsi="Meiryo UI" w:hint="eastAsia"/>
          <w:lang w:eastAsia="ja-JP"/>
        </w:rPr>
        <w:t>SNSアカウント：</w:t>
      </w:r>
    </w:p>
    <w:p w14:paraId="3959230A" w14:textId="77777777" w:rsidR="002D41C5" w:rsidRPr="00E44BB7" w:rsidRDefault="00000000" w:rsidP="00E44BB7">
      <w:pPr>
        <w:pStyle w:val="1"/>
        <w:rPr>
          <w:rFonts w:ascii="Meiryo UI" w:eastAsia="Meiryo UI" w:hAnsi="Meiryo UI"/>
          <w:lang w:eastAsia="ja-JP"/>
        </w:rPr>
      </w:pPr>
      <w:r w:rsidRPr="00E44BB7">
        <w:rPr>
          <w:rFonts w:ascii="Meiryo UI" w:eastAsia="Meiryo UI" w:hAnsi="Meiryo UI"/>
          <w:lang w:eastAsia="ja-JP"/>
        </w:rPr>
        <w:t>2. 出店内容</w:t>
      </w:r>
    </w:p>
    <w:p w14:paraId="2BA20AEE" w14:textId="275A895D" w:rsidR="002D41C5" w:rsidRPr="00E44BB7" w:rsidRDefault="00000000" w:rsidP="00E44BB7">
      <w:pPr>
        <w:rPr>
          <w:rFonts w:ascii="Meiryo UI" w:eastAsia="Meiryo UI" w:hAnsi="Meiryo UI"/>
          <w:lang w:eastAsia="ja-JP"/>
        </w:rPr>
      </w:pPr>
      <w:r w:rsidRPr="00E44BB7">
        <w:rPr>
          <w:rFonts w:ascii="Meiryo UI" w:eastAsia="Meiryo UI" w:hAnsi="Meiryo UI"/>
          <w:lang w:eastAsia="ja-JP"/>
        </w:rPr>
        <w:t>販売形態（該当するものに◯をしてください）：キッチンカー／テント販売／移動販売車</w:t>
      </w:r>
    </w:p>
    <w:p w14:paraId="028A0D34" w14:textId="5754773F" w:rsidR="002D41C5" w:rsidRPr="00E44BB7" w:rsidRDefault="00000000" w:rsidP="00E44BB7">
      <w:pPr>
        <w:rPr>
          <w:rFonts w:ascii="Meiryo UI" w:eastAsia="Meiryo UI" w:hAnsi="Meiryo UI"/>
          <w:lang w:eastAsia="ja-JP"/>
        </w:rPr>
      </w:pPr>
      <w:r w:rsidRPr="00E44BB7">
        <w:rPr>
          <w:rFonts w:ascii="Meiryo UI" w:eastAsia="Meiryo UI" w:hAnsi="Meiryo UI"/>
          <w:lang w:eastAsia="ja-JP"/>
        </w:rPr>
        <w:t>販売品目（メニュー内容）：</w:t>
      </w:r>
    </w:p>
    <w:p w14:paraId="052934F9" w14:textId="5E6F8A25" w:rsidR="002D41C5" w:rsidRPr="00E44BB7" w:rsidRDefault="00000000" w:rsidP="00E44BB7">
      <w:pPr>
        <w:rPr>
          <w:rFonts w:ascii="Meiryo UI" w:eastAsia="Meiryo UI" w:hAnsi="Meiryo UI"/>
          <w:lang w:eastAsia="ja-JP"/>
        </w:rPr>
      </w:pPr>
      <w:r w:rsidRPr="00E44BB7">
        <w:rPr>
          <w:rFonts w:ascii="Meiryo UI" w:eastAsia="Meiryo UI" w:hAnsi="Meiryo UI"/>
          <w:lang w:eastAsia="ja-JP"/>
        </w:rPr>
        <w:t>使用予定の火気：あり・なし（いずれかを○）</w:t>
      </w:r>
    </w:p>
    <w:p w14:paraId="18E1E6F7" w14:textId="78139A9C" w:rsidR="002D41C5" w:rsidRPr="00E44BB7" w:rsidRDefault="00000000" w:rsidP="00E44BB7">
      <w:pPr>
        <w:rPr>
          <w:rFonts w:ascii="Meiryo UI" w:eastAsia="Meiryo UI" w:hAnsi="Meiryo UI"/>
          <w:lang w:eastAsia="ja-JP"/>
        </w:rPr>
      </w:pPr>
      <w:r w:rsidRPr="00E44BB7">
        <w:rPr>
          <w:rFonts w:ascii="Meiryo UI" w:eastAsia="Meiryo UI" w:hAnsi="Meiryo UI"/>
          <w:lang w:eastAsia="ja-JP"/>
        </w:rPr>
        <w:t>発電機使用：あり・なし（いずれかを○）</w:t>
      </w:r>
    </w:p>
    <w:p w14:paraId="2D66462C" w14:textId="77777777" w:rsidR="002D41C5" w:rsidRPr="00E44BB7" w:rsidRDefault="00000000" w:rsidP="00E44BB7">
      <w:pPr>
        <w:rPr>
          <w:rFonts w:ascii="Meiryo UI" w:eastAsia="Meiryo UI" w:hAnsi="Meiryo UI"/>
          <w:lang w:eastAsia="ja-JP"/>
        </w:rPr>
      </w:pPr>
      <w:r w:rsidRPr="00E44BB7">
        <w:rPr>
          <w:rFonts w:ascii="Meiryo UI" w:eastAsia="Meiryo UI" w:hAnsi="Meiryo UI"/>
          <w:lang w:eastAsia="ja-JP"/>
        </w:rPr>
        <w:t>電源使用希望：あり・なし（いずれかを○）</w:t>
      </w:r>
    </w:p>
    <w:p w14:paraId="479ED645" w14:textId="77777777" w:rsidR="002D41C5" w:rsidRPr="00E44BB7" w:rsidRDefault="00000000" w:rsidP="00E44BB7">
      <w:pPr>
        <w:pStyle w:val="1"/>
        <w:rPr>
          <w:rFonts w:ascii="Meiryo UI" w:eastAsia="Meiryo UI" w:hAnsi="Meiryo UI"/>
        </w:rPr>
      </w:pPr>
      <w:r w:rsidRPr="00E44BB7">
        <w:rPr>
          <w:rFonts w:ascii="Meiryo UI" w:eastAsia="Meiryo UI" w:hAnsi="Meiryo UI"/>
        </w:rPr>
        <w:t xml:space="preserve">3. </w:t>
      </w:r>
      <w:proofErr w:type="spellStart"/>
      <w:r w:rsidRPr="00E44BB7">
        <w:rPr>
          <w:rFonts w:ascii="Meiryo UI" w:eastAsia="Meiryo UI" w:hAnsi="Meiryo UI"/>
        </w:rPr>
        <w:t>出店希望日</w:t>
      </w:r>
      <w:proofErr w:type="spellEnd"/>
    </w:p>
    <w:p w14:paraId="338EF3D0" w14:textId="77777777" w:rsidR="002D41C5" w:rsidRPr="00E44BB7" w:rsidRDefault="00000000" w:rsidP="00E44BB7">
      <w:pPr>
        <w:rPr>
          <w:rFonts w:ascii="Meiryo UI" w:eastAsia="Meiryo UI" w:hAnsi="Meiryo UI"/>
        </w:rPr>
      </w:pPr>
      <w:r w:rsidRPr="00E44BB7">
        <w:rPr>
          <w:rFonts w:ascii="Meiryo UI" w:eastAsia="Meiryo UI" w:hAnsi="Meiryo UI"/>
        </w:rPr>
        <w:t>希望日（複数可）：</w:t>
      </w:r>
      <w:r w:rsidRPr="00E44BB7">
        <w:rPr>
          <w:rFonts w:ascii="Meiryo UI" w:eastAsia="Meiryo UI" w:hAnsi="Meiryo UI"/>
        </w:rPr>
        <w:br/>
      </w:r>
    </w:p>
    <w:p w14:paraId="0E2C5386" w14:textId="65D6C552" w:rsidR="002D41C5" w:rsidRPr="00E44BB7" w:rsidRDefault="00000000" w:rsidP="00E44BB7">
      <w:pPr>
        <w:rPr>
          <w:rFonts w:ascii="Meiryo UI" w:eastAsia="Meiryo UI" w:hAnsi="Meiryo UI"/>
        </w:rPr>
      </w:pPr>
      <w:r w:rsidRPr="00E44BB7">
        <w:rPr>
          <w:rFonts w:ascii="Meiryo UI" w:eastAsia="Meiryo UI" w:hAnsi="Meiryo UI"/>
        </w:rPr>
        <w:t>希望時間帯（例：9:00〜1</w:t>
      </w:r>
      <w:r w:rsidR="008A0CB0">
        <w:rPr>
          <w:rFonts w:ascii="Meiryo UI" w:eastAsia="Meiryo UI" w:hAnsi="Meiryo UI" w:hint="eastAsia"/>
          <w:lang w:eastAsia="ja-JP"/>
        </w:rPr>
        <w:t>6</w:t>
      </w:r>
      <w:r w:rsidRPr="00E44BB7">
        <w:rPr>
          <w:rFonts w:ascii="Meiryo UI" w:eastAsia="Meiryo UI" w:hAnsi="Meiryo UI"/>
        </w:rPr>
        <w:t>:00）：</w:t>
      </w:r>
    </w:p>
    <w:p w14:paraId="558CF0CE" w14:textId="77777777" w:rsidR="002D41C5" w:rsidRPr="00E44BB7" w:rsidRDefault="00000000" w:rsidP="00E44BB7">
      <w:pPr>
        <w:pStyle w:val="1"/>
        <w:rPr>
          <w:rFonts w:ascii="Meiryo UI" w:eastAsia="Meiryo UI" w:hAnsi="Meiryo UI"/>
          <w:lang w:eastAsia="ja-JP"/>
        </w:rPr>
      </w:pPr>
      <w:r w:rsidRPr="00E44BB7">
        <w:rPr>
          <w:rFonts w:ascii="Meiryo UI" w:eastAsia="Meiryo UI" w:hAnsi="Meiryo UI"/>
          <w:lang w:eastAsia="ja-JP"/>
        </w:rPr>
        <w:lastRenderedPageBreak/>
        <w:t>4. 添付書類（提出必須）</w:t>
      </w:r>
    </w:p>
    <w:p w14:paraId="1AFEE05C" w14:textId="77777777" w:rsidR="002D41C5" w:rsidRPr="00E44BB7" w:rsidRDefault="00000000" w:rsidP="00E44BB7">
      <w:pPr>
        <w:rPr>
          <w:rFonts w:ascii="Meiryo UI" w:eastAsia="Meiryo UI" w:hAnsi="Meiryo UI"/>
          <w:lang w:eastAsia="ja-JP"/>
        </w:rPr>
      </w:pPr>
      <w:r w:rsidRPr="00E44BB7">
        <w:rPr>
          <w:rFonts w:ascii="Meiryo UI" w:eastAsia="Meiryo UI" w:hAnsi="Meiryo UI"/>
          <w:lang w:eastAsia="ja-JP"/>
        </w:rPr>
        <w:t>□ 営業許可証の写し</w:t>
      </w:r>
      <w:r w:rsidRPr="00E44BB7">
        <w:rPr>
          <w:rFonts w:ascii="Meiryo UI" w:eastAsia="Meiryo UI" w:hAnsi="Meiryo UI"/>
          <w:lang w:eastAsia="ja-JP"/>
        </w:rPr>
        <w:br/>
        <w:t>□ 賠償責任保険加入証明書</w:t>
      </w:r>
      <w:r w:rsidRPr="00E44BB7">
        <w:rPr>
          <w:rFonts w:ascii="Meiryo UI" w:eastAsia="Meiryo UI" w:hAnsi="Meiryo UI"/>
          <w:lang w:eastAsia="ja-JP"/>
        </w:rPr>
        <w:br/>
        <w:t>□ メニューおよび価格表</w:t>
      </w:r>
    </w:p>
    <w:p w14:paraId="3EF1F4E0" w14:textId="77777777" w:rsidR="002D41C5" w:rsidRPr="00E44BB7" w:rsidRDefault="00000000" w:rsidP="00E44BB7">
      <w:pPr>
        <w:pStyle w:val="1"/>
        <w:rPr>
          <w:rFonts w:ascii="Meiryo UI" w:eastAsia="Meiryo UI" w:hAnsi="Meiryo UI"/>
          <w:lang w:eastAsia="ja-JP"/>
        </w:rPr>
      </w:pPr>
      <w:r w:rsidRPr="00E44BB7">
        <w:rPr>
          <w:rFonts w:ascii="Meiryo UI" w:eastAsia="Meiryo UI" w:hAnsi="Meiryo UI"/>
          <w:lang w:eastAsia="ja-JP"/>
        </w:rPr>
        <w:t>5. 備考</w:t>
      </w:r>
    </w:p>
    <w:p w14:paraId="634C0BD7" w14:textId="77777777" w:rsidR="002D41C5" w:rsidRPr="00E44BB7" w:rsidRDefault="00000000" w:rsidP="00E44BB7">
      <w:pPr>
        <w:rPr>
          <w:rFonts w:ascii="Meiryo UI" w:eastAsia="Meiryo UI" w:hAnsi="Meiryo UI"/>
          <w:lang w:eastAsia="ja-JP"/>
        </w:rPr>
      </w:pPr>
      <w:r w:rsidRPr="00E44BB7">
        <w:rPr>
          <w:rFonts w:ascii="Meiryo UI" w:eastAsia="Meiryo UI" w:hAnsi="Meiryo UI"/>
          <w:lang w:eastAsia="ja-JP"/>
        </w:rPr>
        <w:t>（その他特記事項があれば記入してください）</w:t>
      </w:r>
      <w:r w:rsidRPr="00E44BB7">
        <w:rPr>
          <w:rFonts w:ascii="Meiryo UI" w:eastAsia="Meiryo UI" w:hAnsi="Meiryo UI"/>
          <w:lang w:eastAsia="ja-JP"/>
        </w:rPr>
        <w:br/>
      </w:r>
    </w:p>
    <w:p w14:paraId="776F2878" w14:textId="77777777" w:rsidR="002D41C5" w:rsidRPr="00E44BB7" w:rsidRDefault="00000000" w:rsidP="00E44BB7">
      <w:pPr>
        <w:rPr>
          <w:rFonts w:ascii="Meiryo UI" w:eastAsia="Meiryo UI" w:hAnsi="Meiryo UI"/>
        </w:rPr>
      </w:pPr>
      <w:r w:rsidRPr="00E44BB7">
        <w:rPr>
          <w:rFonts w:ascii="Meiryo UI" w:eastAsia="Meiryo UI" w:hAnsi="Meiryo UI"/>
          <w:lang w:eastAsia="ja-JP"/>
        </w:rPr>
        <w:br/>
      </w:r>
      <w:proofErr w:type="spellStart"/>
      <w:r w:rsidRPr="00E44BB7">
        <w:rPr>
          <w:rFonts w:ascii="Meiryo UI" w:eastAsia="Meiryo UI" w:hAnsi="Meiryo UI"/>
        </w:rPr>
        <w:t>申請日</w:t>
      </w:r>
      <w:proofErr w:type="spellEnd"/>
      <w:r w:rsidRPr="00E44BB7">
        <w:rPr>
          <w:rFonts w:ascii="Meiryo UI" w:eastAsia="Meiryo UI" w:hAnsi="Meiryo UI"/>
        </w:rPr>
        <w:t>：　　　　年　　月　　日</w:t>
      </w:r>
      <w:r w:rsidRPr="00E44BB7">
        <w:rPr>
          <w:rFonts w:ascii="Meiryo UI" w:eastAsia="Meiryo UI" w:hAnsi="Meiryo UI"/>
        </w:rPr>
        <w:br/>
      </w:r>
    </w:p>
    <w:p w14:paraId="7E707CF9" w14:textId="77777777" w:rsidR="002D41C5" w:rsidRPr="00E44BB7" w:rsidRDefault="00000000" w:rsidP="00E44BB7">
      <w:pPr>
        <w:rPr>
          <w:rFonts w:ascii="Meiryo UI" w:eastAsia="Meiryo UI" w:hAnsi="Meiryo UI"/>
        </w:rPr>
      </w:pPr>
      <w:r w:rsidRPr="00E44BB7">
        <w:rPr>
          <w:rFonts w:ascii="Meiryo UI" w:eastAsia="Meiryo UI" w:hAnsi="Meiryo UI"/>
        </w:rPr>
        <w:t>出店者署名：　　　　　　　　　　　　　　　　印</w:t>
      </w:r>
      <w:r w:rsidRPr="00E44BB7">
        <w:rPr>
          <w:rFonts w:ascii="Meiryo UI" w:eastAsia="Meiryo UI" w:hAnsi="Meiryo UI"/>
        </w:rPr>
        <w:br/>
      </w:r>
    </w:p>
    <w:sectPr w:rsidR="002D41C5" w:rsidRPr="00E44BB7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63BE47D2"/>
    <w:multiLevelType w:val="hybridMultilevel"/>
    <w:tmpl w:val="63DA1A68"/>
    <w:lvl w:ilvl="0" w:tplc="B3D0B5AE">
      <w:start w:val="1"/>
      <w:numFmt w:val="decimal"/>
      <w:lvlText w:val="%1."/>
      <w:lvlJc w:val="left"/>
      <w:pPr>
        <w:ind w:left="380" w:hanging="3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640573146">
    <w:abstractNumId w:val="8"/>
  </w:num>
  <w:num w:numId="2" w16cid:durableId="1529368292">
    <w:abstractNumId w:val="6"/>
  </w:num>
  <w:num w:numId="3" w16cid:durableId="398291152">
    <w:abstractNumId w:val="5"/>
  </w:num>
  <w:num w:numId="4" w16cid:durableId="936065007">
    <w:abstractNumId w:val="4"/>
  </w:num>
  <w:num w:numId="5" w16cid:durableId="734622705">
    <w:abstractNumId w:val="7"/>
  </w:num>
  <w:num w:numId="6" w16cid:durableId="986319994">
    <w:abstractNumId w:val="3"/>
  </w:num>
  <w:num w:numId="7" w16cid:durableId="296447482">
    <w:abstractNumId w:val="2"/>
  </w:num>
  <w:num w:numId="8" w16cid:durableId="1158498415">
    <w:abstractNumId w:val="1"/>
  </w:num>
  <w:num w:numId="9" w16cid:durableId="1223560326">
    <w:abstractNumId w:val="0"/>
  </w:num>
  <w:num w:numId="10" w16cid:durableId="163802521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153211"/>
    <w:rsid w:val="0029639D"/>
    <w:rsid w:val="002D41C5"/>
    <w:rsid w:val="00326F90"/>
    <w:rsid w:val="008A0CB0"/>
    <w:rsid w:val="00AA1D8D"/>
    <w:rsid w:val="00B47730"/>
    <w:rsid w:val="00CB0664"/>
    <w:rsid w:val="00E44BB7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1D0D78F"/>
  <w14:defaultImageDpi w14:val="300"/>
  <w15:docId w15:val="{6538B710-A3E5-41A4-B5C0-999CF30E27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ヘッダー (文字)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フッター (文字)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見出し 1 (文字)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見出し 2 (文字)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見出し 3 (文字)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表題 (文字)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副題 (文字)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本文 (文字)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本文 2 (文字)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本文 3 (文字)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マクロ文字列 (文字)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引用文 (文字)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見出し 4 (文字)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見出し 5 (文字)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見出し 6 (文字)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見出し 7 (文字)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見出し 8 (文字)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見出し 9 (文字)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27">
    <w:name w:val="Intense Quote"/>
    <w:basedOn w:val="a1"/>
    <w:next w:val="a1"/>
    <w:link w:val="28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28">
    <w:name w:val="引用文 2 (文字)"/>
    <w:basedOn w:val="a2"/>
    <w:link w:val="27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29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b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2a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c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d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e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12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13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14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15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16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17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2b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2c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2d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2e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2f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2f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2f1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37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38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39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3a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3b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3c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3d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4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2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3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4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5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6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7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2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3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4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5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6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7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61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62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63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64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65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66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67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71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2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3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4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5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6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82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83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4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5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6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87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1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00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10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10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10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10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10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10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110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11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11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113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14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15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6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120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1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2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24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5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6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30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31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32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33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3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35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36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40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41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42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43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44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4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46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61</Words>
  <Characters>353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413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美香 石田</cp:lastModifiedBy>
  <cp:revision>2</cp:revision>
  <dcterms:created xsi:type="dcterms:W3CDTF">2013-12-23T23:15:00Z</dcterms:created>
  <dcterms:modified xsi:type="dcterms:W3CDTF">2025-07-24T06:37:00Z</dcterms:modified>
  <cp:category/>
</cp:coreProperties>
</file>